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5: אחד, שני ושתי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שם המספר – אחד, שני ושתי: 1 בא אחרי שם העצם: כרטיס אחד, שורה אחת (ולא "אחד כרטיס").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https://shem-hamispar-mesima.sites.tab.bot/mesima-05.html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מתאים למשימה 5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הסיפור: עידו מדפיס את הכרטיסים ואת השלטים לשורות השמורות. במשפטים חסרות מילים – והוא לא בטוח איזו מילה ואיפה.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השלימו את המשפטים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אחד   2) שתי   3) שני   4) אחת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קיבלתי כרטיס אחד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הכרטיס שלי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🎟️ משימה 5: אחד, שני ושתי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צוות ההפקה של ערב הכישרונות צריך אתכם! גררו למקום הריק את המילה המתאימה (או הקישו על המילה ואז על המקום).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זכר: שלושה, חמישה, עשרה  |  נקבה: שלוש, חמש, עשר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השלימו את המילה החסרה.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 בא אחרי שם העצם: כרטיס אחד, שורה אחת (ולא "אחד כרטיס"). 2 לפני שם עצם בא בצורה קצרה: שני כרטיסים, שתי שורות. בלי שם עצם אחריו: שניים, שתיים ("כמה כרטיסים? שניים").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קיבלתי כרטיס ________ בלבד.  [אחד / אחת]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שמרו לנו ________ שורות באולם.  [שתי / שתיים]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על הבמה עמדו ________ מיקרופונים.  [שני / שניים]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נשארה רק להקה ________ לחזרה.  [אחד / אחת]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שמרו לנו שתי שורות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קיבלתי כרטיס אחת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הכרטיס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הודעה קצרה לחבר/ה על הכרטיסים לערב: השתמשו ב"אחד/אחת", "שני/שתי" ו"שניים/שתיים".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5: אחד, שני ושתי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