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4: מבט חטוף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מבט חטוף: קודם קובעים את המין של שם העצם (כיסא – זכר, גיטרה – נקבה), ואז בוחרים: זכר ← מספר עם ה׳ (שישה כיסאות); נקבה ← מספר בלי ה׳ (שש גיטרות)..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https://shem-hamispar-mesima.sites.tab.bot/mesima-04.html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4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אביב בודק את המסך הגדול: כל שקופית מופיעה לשלוש שניות בלבד. הסתכלו טוב – ואז בחרו איך כותבים במילים את מה שראיתם.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הכתיב הנכון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שישה כיסאות   2) א – ארבע עוגות   3) ב – תשעה בלונים   4) ב – שלוש מצלמות   5) ב – שבע גיטרות   6) ב – חמישה תופים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שבע גיטרות (7)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ראיתי?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👀 משימה 4: מבט חטוף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לחצו "הציגו", הסתכלו על השקופית – ובחרו את הכתיב הנכון.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הכתיב הנכון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הצירוף הנכון.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קודם קובעים את המין של שם העצם (כיסא – זכר, גיטרה – נקבה), ואז בוחרים: זכר ← מספר עם ה׳ (שישה כיסאות); נקבה ← מספר בלי ה׳ (שש גיטרות).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6 כיסאות 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שישה כיסאות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שישית כיסאות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שש כיסאות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4 עוגות 🎂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ארבע עוגות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ארבעת עוגות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ארבעה עוגות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9 בלונים 🎈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תשיעי בלונים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תשעה בלונים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תשע בלונים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3 מצלמות 📷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שלושת מצלמות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שלוש מצלמות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שלושה מצלמות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7 גיטרות 🎸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שביעית גיטרות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שבע גיטרות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שבעה גיטרות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5 תופים 🥁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חמשת תופים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חמישה תופים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חמש תופים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תשעה בלונים (9)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שבעה גיטרות (7)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 מצלמות (3)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ראיתי?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הסתכלו סביבכם וכתבו 4 צירופים של מספר ושם עצם על מה שאתם רואים (מ־3 עד 10),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4: מבט חטוף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